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53"/>
        <w:gridCol w:w="3798"/>
      </w:tblGrid>
      <w:tr>
        <w:tc>
          <w:tcPr>
            <w:tcW w:type="dxa" w:w="4933"/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r>
              <w:rPr>
                <w:b/>
                <w:color w:val="07111F"/>
                <w:sz w:val="36"/>
              </w:rPr>
              <w:t>AgeVolt</w:t>
            </w:r>
          </w:p>
        </w:tc>
        <w:tc>
          <w:tcPr>
            <w:tcW w:type="dxa" w:w="4933"/>
            <w:tcBorders>
              <w:top w:sz="6" w:val="single" w:color="FFFFFF"/>
              <w:left w:sz="6" w:val="single" w:color="FFFFFF"/>
              <w:bottom w:sz="6" w:val="single" w:color="FFFFFF"/>
              <w:right w:sz="6" w:val="single" w:color="FFFFFF"/>
            </w:tcBorders>
            <w:vAlign w:val="center"/>
          </w:tcPr>
          <w:p>
            <w:pPr>
              <w:jc w:val="right"/>
            </w:pPr>
            <w:r>
              <w:rPr>
                <w:b/>
                <w:color w:val="07111F"/>
                <w:sz w:val="20"/>
              </w:rPr>
              <w:t>Reklamačný formulár</w:t>
              <w:br/>
              <w:t>Formulár na vytknutie vady</w:t>
            </w:r>
          </w:p>
        </w:tc>
      </w:tr>
    </w:tbl>
    <w:p>
      <w:pPr>
        <w:pStyle w:val="Title"/>
        <w:jc w:val="center"/>
      </w:pPr>
      <w:r>
        <w:t>REKLAMAČNÝ FORMULÁR</w:t>
      </w:r>
    </w:p>
    <w:p>
      <w:pPr>
        <w:jc w:val="center"/>
      </w:pPr>
      <w:r>
        <w:rPr>
          <w:i/>
        </w:rPr>
        <w:t>Formulár na vytknutie vady</w:t>
      </w:r>
    </w:p>
    <w:p>
      <w:pPr>
        <w:jc w:val="center"/>
      </w:pPr>
      <w:r>
        <w:rPr>
          <w:color w:val="5A5A5A"/>
          <w:sz w:val="18"/>
        </w:rPr>
        <w:t>Použitie formulára nie je povinné. Reklamáciu môžete uplatniť aj iným spôsobom uvedeným v reklamačnom poriadku.</w:t>
      </w:r>
    </w:p>
    <w:p>
      <w:pPr>
        <w:pStyle w:val="Heading1"/>
      </w:pPr>
      <w:r>
        <w:t>Obchodník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Obchodné meno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>AgeVolt Slovakia s. r. o.</w:t>
            </w:r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Sídlo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>Jarošova 1, 831 03 Bratislava – mestská časť Nové Mesto, Slovenská republika</w:t>
            </w:r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IČO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>46 479 848</w:t>
            </w:r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E-mail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>eshop@agevolt.com</w:t>
            </w:r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Telefón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>+421 222 122 211</w:t>
            </w:r>
          </w:p>
        </w:tc>
      </w:tr>
    </w:tbl>
    <w:p/>
    <w:p>
      <w:pPr>
        <w:pStyle w:val="Heading1"/>
      </w:pPr>
      <w:r>
        <w:t>Zákazník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Meno a priezvisko / obchodné meno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Adresa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E-mail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Telefón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</w:tbl>
    <w:p/>
    <w:p>
      <w:pPr>
        <w:pStyle w:val="Heading1"/>
      </w:pPr>
      <w:r>
        <w:t>Reklamovaný tovar alebo služba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Číslo objednávky / dokladu o kúpe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Názov tovaru alebo služby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Dátum zakúpenia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Dátum prejavenia vady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Príslušenstvo odovzdané spolu s tovarom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</w:tbl>
    <w:p/>
    <w:p>
      <w:pPr>
        <w:pStyle w:val="Heading2"/>
      </w:pPr>
      <w:r>
        <w:t>Popis vady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/>
    <w:p>
      <w:pPr>
        <w:pStyle w:val="Heading2"/>
      </w:pPr>
      <w:r>
        <w:t>Kedy a ako sa vada prejavila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/>
    <w:p>
      <w:pPr>
        <w:pStyle w:val="Heading1"/>
      </w:pPr>
      <w:r>
        <w:t>Preferovaný spôsob vybavenia reklamácie</w:t>
      </w:r>
    </w:p>
    <w:p>
      <w:r>
        <w:t>Ak chcete, označte preferovaný spôsob vybavenia reklamácie:</w:t>
      </w:r>
    </w:p>
    <w:p>
      <w:pPr>
        <w:spacing w:after="20"/>
        <w:ind w:left="170"/>
      </w:pPr>
      <w:r>
        <w:t>□ oprava</w:t>
      </w:r>
    </w:p>
    <w:p>
      <w:pPr>
        <w:spacing w:after="20"/>
        <w:ind w:left="170"/>
      </w:pPr>
      <w:r>
        <w:t>□ výmena</w:t>
      </w:r>
    </w:p>
    <w:p>
      <w:pPr>
        <w:spacing w:after="20"/>
        <w:ind w:left="170"/>
      </w:pPr>
      <w:r>
        <w:t>□ primeraná zľava</w:t>
      </w:r>
    </w:p>
    <w:p>
      <w:pPr>
        <w:spacing w:after="20"/>
        <w:ind w:left="170"/>
      </w:pPr>
      <w:r>
        <w:t>□ odstúpenie od zmluvy</w:t>
      </w:r>
    </w:p>
    <w:p>
      <w:pPr>
        <w:spacing w:after="20"/>
        <w:ind w:left="170"/>
      </w:pPr>
      <w:r>
        <w:t>□ iné: ........................................................</w:t>
      </w:r>
    </w:p>
    <w:p>
      <w:pPr>
        <w:pStyle w:val="Heading1"/>
      </w:pPr>
      <w:r>
        <w:t>Údaje pre prípad vrátenia platby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  <w:shd w:fill="F3F6FA"/>
          </w:tcPr>
          <w:p>
            <w:pPr>
              <w:spacing w:after="0"/>
            </w:pPr>
            <w:r>
              <w:rPr>
                <w:b/>
              </w:rPr>
              <w:t>IBAN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/>
          </w:p>
        </w:tc>
      </w:tr>
    </w:tbl>
    <w:p/>
    <w:p>
      <w:r>
        <w:rPr>
          <w:color w:val="5A5A5A"/>
          <w:sz w:val="18"/>
        </w:rPr>
        <w:t>IBAN uveďte najmä vtedy, ak platbu nie je možné vrátiť pôvodným spôsobom platby alebo ak sa dohodneme na vrátení platby bankovým prevodom.</w:t>
      </w:r>
    </w:p>
    <w:p>
      <w:pPr>
        <w:pStyle w:val="Heading1"/>
      </w:pPr>
      <w:r>
        <w:t>Prílohy</w:t>
      </w:r>
    </w:p>
    <w:p>
      <w:pPr>
        <w:spacing w:after="20"/>
        <w:ind w:left="170"/>
      </w:pPr>
      <w:r>
        <w:t>□ fotografia</w:t>
      </w:r>
    </w:p>
    <w:p>
      <w:pPr>
        <w:spacing w:after="20"/>
        <w:ind w:left="170"/>
      </w:pPr>
      <w:r>
        <w:t>□ video</w:t>
      </w:r>
    </w:p>
    <w:p>
      <w:pPr>
        <w:spacing w:after="20"/>
        <w:ind w:left="170"/>
      </w:pPr>
      <w:r>
        <w:t>□ kópia dokladu o kúpe</w:t>
      </w:r>
    </w:p>
    <w:p>
      <w:pPr>
        <w:spacing w:after="20"/>
        <w:ind w:left="170"/>
      </w:pPr>
      <w:r>
        <w:t>□ servisný protokol</w:t>
      </w:r>
    </w:p>
    <w:p>
      <w:pPr>
        <w:spacing w:after="20"/>
        <w:ind w:left="170"/>
      </w:pPr>
      <w:r>
        <w:t>□ iné: ........................................................</w:t>
      </w:r>
    </w:p>
    <w:p>
      <w:pPr>
        <w:pStyle w:val="Heading1"/>
      </w:pPr>
      <w:r>
        <w:t>Miesto, dátum a podpis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>Miesto a dátum:</w:t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t>Podpis zákazníka, ak sa formulár posiela v listinnej podobe:</w:t>
            </w:r>
          </w:p>
        </w:tc>
      </w:tr>
      <w:tr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br/>
              <w:br/>
            </w:r>
          </w:p>
        </w:tc>
        <w:tc>
          <w:tcPr>
            <w:tcW w:type="dxa" w:w="4933"/>
            <w:tcBorders>
              <w:top w:sz="6" w:val="single" w:color="D9DEE7"/>
              <w:left w:sz="6" w:val="single" w:color="D9DEE7"/>
              <w:bottom w:sz="6" w:val="single" w:color="D9DEE7"/>
              <w:right w:sz="6" w:val="single" w:color="D9DEE7"/>
            </w:tcBorders>
            <w:vAlign w:val="center"/>
          </w:tcPr>
          <w:p>
            <w:pPr>
              <w:spacing w:after="0"/>
            </w:pPr>
            <w:r>
              <w:br/>
              <w:br/>
            </w:r>
          </w:p>
        </w:tc>
      </w:tr>
    </w:tbl>
    <w:p>
      <w:r>
        <w:rPr>
          <w:color w:val="5A5A5A"/>
          <w:sz w:val="16"/>
        </w:rPr>
        <w:t>Poznámka: Odovzdanie alebo zaslanie reklamovaného tovaru môže byť potrebné až po dohode s obchodníkom, najmä pri technických zariadeniach, nabíjacích staniciach alebo pevne inštalovaných zariadeniach.</w:t>
      </w:r>
    </w:p>
    <w:sectPr w:rsidR="00FC693F" w:rsidRPr="0006063C" w:rsidSect="00034616">
      <w:footerReference w:type="default" r:id="rId9"/>
      <w:pgSz w:w="11906" w:h="16838"/>
      <w:pgMar w:top="907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AgeVolt Slovakia s. r. o. | Jarošova 1, 831 03 Bratislava | eshop@agevolt.com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07111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07111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Aptos"/>
      <w:b/>
      <w:color w:val="07111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formulár AgeVolt</dc:title>
  <dc:subject>Formulár na vytknutie vady</dc:subject>
  <dc:creator>AgeVolt Slovakia s. r. o.</dc:creator>
  <cp:keywords>reklamácia, vady, AgeVolt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